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חמישה רעיונות ששינו את העולם –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חמישה עקרונות מרכזיים של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כל עיקרון להוגה הקשור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העקרונות במצבים מחיי היום־יום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חיים, חירות וקניין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לכבד את זכותו של אחר לחשוב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חינוך שווה לנשים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תומס הובס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להחליף את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לכולם אותן זכויות וחובות לפי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הזכויות טבעיות - האדם נולד איתן, לא המלך נותן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סובלנות היא לכבד דעה שונה, לא להסכים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רעיון האמנה החברתית וריבונות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מרי וולסטונקראפט דרשה חינוך שווה לנשים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הובס תמך בשליט חזק, לוק האמין שהעם יכול להחליף שלטון שמפר זכויות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הובס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הוגה לעיקרון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(זכויות טבעיות ואפשרות להחליף שלטון מפר)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(שליט חזק תמורת סדר וביטחון)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(סובלנות וחופש 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(חינוך שווה לנשים)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עיקרון 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שבוחר/ת מגמת לימוד לפי רצונו/ה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 הוא זכויות וחובות שוות, לא שכולם זהים או עושים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 שבו האזרחים מוותרים על חלק מחירותם והשלטון מתחייב לשמור על הסדר וזכויותיהם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שני עקרונות (למשל זכויות טבעיות ושוויון), להציג כל אחד נכון, ולהסביר כיצד הוא סותר את השלטון המוחלט או מבנה המעמדות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חיים, חירות וקניין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בין העם לשלטון - העם מוותר על חלק מחירותו והשלטון שומר על הסדר והזכויות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המבוסס על אחד מחמשת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בדיון קצר על כלל שרירותי בכיתה כדי לחבר לשאלות שהוגי הנאורות שאלו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הובס ללוק דרך דוגמה מוחשית מחיי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הקלפים אפשר לעבוד בקבוצות קטנות ולסכם במליאה את ההתאמות הקשות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חמישה רעיונות ששינו את העולם –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כ-300 שנה היו הוגים חכמים באירופה. הם חשבו על זכויות, חופש ושוויון. הרעיונות שלהם חשובים גם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טבעיות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שכל אדם נולד איתן - חיים, חירות וקניין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העם לשלטון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לכבד דעות שונות משלי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אוטונומיה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אחראי לחייו ובוחר את דרכו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 בפני החוק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שווים בזכויות ובחובות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השלטון מקבל סמכות מהעם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חופש 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לחשוב ולהביע דעה בלי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לוק אמר שהן זכויות טבעיות?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כבוד, עושר ותהילה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חיים, חירות וקניין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שלטון, צבא ומסים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דת, שפה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להסכים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לכבד את זכותו של אחר לחשוב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לשתוק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וולסטונקראפט רצתה?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המדע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של מלך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חינוך שווה לנשים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סגירת בתי הקפה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רצה שליט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תומס הובס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 וולסטונקראפט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ג׳ון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העם יכול לעשות אם השלטון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לברוח מהמדינה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מהכנסייה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שוויון בפני החוק?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מרוויחים אותו 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לכולם אותן זכויות וחובות לפי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לומדים אותו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אצילים נשפטים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הוגי הנאורות, הזכויות ניתנות לאדם על ידי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סובלנות פירושה להסכים עם כל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הוגי הנאורות טענו שהשלטון צריך להסתמך על הסכמת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הנאורות כבר היה קול שדרש חינוך שווה לנשים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הובס ולוק חשבו באותו אופן על טבע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לוק, הזכויות הטבעיות הן חיים, חירות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היה הוגה שתמך בשליט חזק תמורת ביטחון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וולטר נלחם למען חופש ביטוי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מרי וולסטונקראפט דרשה __________ שווה לנשים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הרעיון שהשלטון נשען על הסכמת העם נקרא __________ חברתית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הוגה לעיקרון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שליט חזק תמורת סדר וביטחון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תומס הובס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חינוך שווה לנשים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זכויות טבעיות ואפשרות להחליף שלטון מפר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מרי וולסטונקראפט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סובלנות וחופש ביטוי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עיקרון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מחיי היום-יום לעיקרון של אוטונומיה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שוויון לבין 'כולם אותו דבר'?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מה זו אמנה חברתית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שני עקרונות של הנאורות, והסבירו כיצד כל אחד מהם ערער על הסדר הישן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הן הזכויות הטבעיות לפי לוק?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אחד: מה זו אמנה 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עיקרון של הנאורות הכי חשוב בעיניכם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חמישה רעיונות ששינו את העולם –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